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</w:tcPr>
          <w:p>
            <w:r>
              <w:drawing>
                <wp:inline xmlns:a="http://schemas.openxmlformats.org/drawingml/2006/main" xmlns:pic="http://schemas.openxmlformats.org/drawingml/2006/picture">
                  <wp:extent cx="720000" cy="72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axiomsante-logo-linkedi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000" cy="72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4873"/>
          </w:tcPr>
          <w:p>
            <w:pPr>
              <w:jc w:val="right"/>
            </w:pPr>
            <w:r>
              <w:rPr>
                <w:b/>
                <w:color w:val="0F4C5C"/>
                <w:sz w:val="24"/>
              </w:rPr>
              <w:t>Axiom Santé SARL</w:t>
              <w:br/>
            </w:r>
            <w:r>
              <w:rPr>
                <w:sz w:val="18"/>
              </w:rPr>
              <w:t>Kinshasa, Democratic Republic of the Congo</w:t>
              <w:br/>
              <w:t>info@axiomsante.org · axiomsante.org</w:t>
            </w:r>
          </w:p>
        </w:tc>
      </w:tr>
    </w:tbl>
    <w:p>
      <w:pPr>
        <w:spacing w:before="280"/>
        <w:jc w:val="center"/>
      </w:pPr>
      <w:r>
        <w:rPr>
          <w:b/>
          <w:color w:val="0F4C5C"/>
          <w:sz w:val="26"/>
        </w:rPr>
        <w:t>AUTHORISATION TO RETAIN MY CV AND PUBLISH MY PROFILE</w:t>
      </w:r>
    </w:p>
    <w:p>
      <w:pPr>
        <w:jc w:val="center"/>
      </w:pPr>
      <w:r>
        <w:t>Axiom Santé expert network</w:t>
      </w:r>
    </w:p>
    <w:p>
      <w:r>
        <w:rPr>
          <w:b/>
        </w:rPr>
        <w:t>I, the undersigned:</w:t>
      </w:r>
    </w:p>
    <w:p>
      <w:r>
        <w:t>Full name : ......................................................................................</w:t>
      </w:r>
    </w:p>
    <w:p>
      <w:r>
        <w:t>Nationality / country of residence : .............................................................</w:t>
      </w:r>
    </w:p>
    <w:p>
      <w:r>
        <w:t>Current position : ...............................................................................</w:t>
      </w:r>
    </w:p>
    <w:p>
      <w:r>
        <w:t>Main field : .....................................................................................</w:t>
      </w:r>
    </w:p>
    <w:p>
      <w:r>
        <w:t>Email : ..........................................................................................</w:t>
      </w:r>
    </w:p>
    <w:p>
      <w:r>
        <w:t>Phone : ..........................................................................................</w:t>
      </w:r>
    </w:p>
    <w:p>
      <w:r>
        <w:rPr>
          <w:b/>
        </w:rPr>
        <w:t>authorise Axiom Santé SARL, registered in Kinshasa (DRC), to:</w:t>
      </w:r>
    </w:p>
    <w:p>
      <w:pPr>
        <w:pStyle w:val="ListNumber"/>
      </w:pPr>
      <w:r>
        <w:t>keep my CV and the information I provide in its expert roster for as long as I remain in the network;</w:t>
      </w:r>
    </w:p>
    <w:p>
      <w:pPr>
        <w:pStyle w:val="ListNumber"/>
      </w:pPr>
      <w:r>
        <w:t>publish a summary of my professional profile on its website (axiomsante.org), in the form chosen below;</w:t>
      </w:r>
    </w:p>
    <w:p>
      <w:pPr>
        <w:pStyle w:val="ListNumber"/>
      </w:pPr>
      <w:r>
        <w:t>present my profile and CV to its clients and partners as part of technical offers, proposals or tenders.</w:t>
      </w:r>
    </w:p>
    <w:p>
      <w:r>
        <w:rPr>
          <w:b/>
        </w:rPr>
        <w:t>Form of publication on the website (tick one box only):</w:t>
      </w:r>
    </w:p>
    <w:p>
      <w:pPr>
        <w:ind w:left="340"/>
      </w:pPr>
      <w:r>
        <w:t>☐  Anonymous profile: position, country, years of experience, degrees, fields, tools and languages, without name or photo</w:t>
      </w:r>
    </w:p>
    <w:p>
      <w:pPr>
        <w:ind w:left="340"/>
      </w:pPr>
      <w:r>
        <w:t>☐  Named profile without photo: the same information, with my name</w:t>
      </w:r>
    </w:p>
    <w:p>
      <w:pPr>
        <w:ind w:left="340"/>
      </w:pPr>
      <w:r>
        <w:t>☐  Named profile with photo: the same information, with my name and photo (supplied by me)</w:t>
      </w:r>
    </w:p>
    <w:p>
      <w:r>
        <w:rPr>
          <w:b/>
        </w:rPr>
        <w:t>I acknowledge that:</w:t>
      </w:r>
    </w:p>
    <w:p>
      <w:pPr>
        <w:pStyle w:val="ListBullet"/>
      </w:pPr>
      <w:r>
        <w:t>my personal contact details (phone, email, address) will never be published;</w:t>
      </w:r>
    </w:p>
    <w:p>
      <w:pPr>
        <w:pStyle w:val="ListBullet"/>
      </w:pPr>
      <w:r>
        <w:t>the text of my profile will be submitted to me for approval before publication;</w:t>
      </w:r>
    </w:p>
    <w:p>
      <w:pPr>
        <w:pStyle w:val="ListBullet"/>
      </w:pPr>
      <w:r>
        <w:t>I may at any time request the amendment or removal of my profile and the deletion of my CV by writing to info@axiomsante.org; removal takes place within 15 days;</w:t>
      </w:r>
    </w:p>
    <w:p>
      <w:pPr>
        <w:pStyle w:val="ListBullet"/>
      </w:pPr>
      <w:r>
        <w:t>this authorisation is neither an employment contract nor a guarantee of assignment; any assignment will be subject to a separate written agreement.</w:t>
      </w:r>
    </w:p>
    <w:p>
      <w:r>
        <w:t>I certify that the information in my CV is accurate.</w:t>
      </w:r>
    </w:p>
    <w:p>
      <w:r>
        <w:t>Place : ..........................................................................................</w:t>
      </w:r>
    </w:p>
    <w:p>
      <w:r>
        <w:t>Date : ...........................................................................................</w:t>
      </w:r>
    </w:p>
    <w:p>
      <w:pPr>
        <w:spacing w:before="200"/>
      </w:pPr>
      <w:r>
        <w:rPr>
          <w:b/>
        </w:rPr>
        <w:t>Signature, preceded by the handwritten words "Read and approved":</w:t>
      </w:r>
    </w:p>
    <w:p>
      <w:r>
        <w:br/>
      </w:r>
    </w:p>
    <w:p>
      <w:r>
        <w:rPr>
          <w:i/>
          <w:sz w:val="17"/>
        </w:rPr>
        <w:t>To be attached to your CV when applying: form at axiomsante.org/en/join or email to info@axiomsante.org.</w:t>
      </w:r>
    </w:p>
    <w:sectPr w:rsidR="00FC693F" w:rsidRPr="0006063C" w:rsidSect="00034616">
      <w:pgSz w:w="12240" w:h="15840"/>
      <w:pgMar w:top="737" w:right="1247" w:bottom="737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