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xiomsante-logo-linked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b/>
                <w:color w:val="0F4C5C"/>
                <w:sz w:val="24"/>
              </w:rPr>
              <w:t>Axiom Santé SARL</w:t>
              <w:br/>
            </w:r>
            <w:r>
              <w:rPr>
                <w:sz w:val="18"/>
              </w:rPr>
              <w:t>Kinshasa, République démocratique du Congo</w:t>
              <w:br/>
              <w:t>info@axiomsante.org · axiomsante.org</w:t>
            </w:r>
          </w:p>
        </w:tc>
      </w:tr>
    </w:tbl>
    <w:p>
      <w:pPr>
        <w:spacing w:before="280"/>
        <w:jc w:val="center"/>
      </w:pPr>
      <w:r>
        <w:rPr>
          <w:b/>
          <w:color w:val="0F4C5C"/>
          <w:sz w:val="26"/>
        </w:rPr>
        <w:t>AUTORISATION DE CONSERVATION DU CV ET DE PUBLICATION DU PROFIL</w:t>
      </w:r>
    </w:p>
    <w:p>
      <w:pPr>
        <w:jc w:val="center"/>
      </w:pPr>
      <w:r>
        <w:t>Réseau d'experts mobilisables d'Axiom Santé</w:t>
      </w:r>
    </w:p>
    <w:p>
      <w:r>
        <w:rPr>
          <w:b/>
        </w:rPr>
        <w:t>Je soussigné(e) :</w:t>
      </w:r>
    </w:p>
    <w:p>
      <w:r>
        <w:t>Nom et prénom : ..................................................................................</w:t>
      </w:r>
    </w:p>
    <w:p>
      <w:r>
        <w:t>Nationalité / pays de résidence : ................................................................</w:t>
      </w:r>
    </w:p>
    <w:p>
      <w:r>
        <w:t>Fonction actuelle : ..............................................................................</w:t>
      </w:r>
    </w:p>
    <w:p>
      <w:r>
        <w:t>Domaine principal : ..............................................................................</w:t>
      </w:r>
    </w:p>
    <w:p>
      <w:r>
        <w:t>E-mail : .........................................................................................</w:t>
      </w:r>
    </w:p>
    <w:p>
      <w:r>
        <w:t>Téléphone : ......................................................................................</w:t>
      </w:r>
    </w:p>
    <w:p>
      <w:r>
        <w:rPr>
          <w:b/>
        </w:rPr>
        <w:t>autorise la société Axiom Santé SARL, dont le siège est à Kinshasa (RDC), à :</w:t>
      </w:r>
    </w:p>
    <w:p>
      <w:pPr>
        <w:pStyle w:val="ListNumber"/>
      </w:pPr>
      <w:r>
        <w:t>conserver mon CV et les informations transmises dans son répertoire d'experts, pour la durée de mon inscription au réseau ;</w:t>
      </w:r>
    </w:p>
    <w:p>
      <w:pPr>
        <w:pStyle w:val="ListNumber"/>
      </w:pPr>
      <w:r>
        <w:t>publier sur son site internet (axiomsante.org) un résumé de mon profil professionnel, selon la forme choisie ci-dessous ;</w:t>
      </w:r>
    </w:p>
    <w:p>
      <w:pPr>
        <w:pStyle w:val="ListNumber"/>
      </w:pPr>
      <w:r>
        <w:t>présenter mon profil et mon CV à ses clients et partenaires dans le cadre d'offres techniques, de propositions ou d'appels d'offres.</w:t>
      </w:r>
    </w:p>
    <w:p>
      <w:r>
        <w:rPr>
          <w:b/>
        </w:rPr>
        <w:t>Forme de publication sur le site (cocher une seule case) :</w:t>
      </w:r>
    </w:p>
    <w:p>
      <w:pPr>
        <w:ind w:left="340"/>
      </w:pPr>
      <w:r>
        <w:t>☐  Profil anonyme : fonction, pays, années d'expérience, diplômes, domaines, outils et langues, sans nom ni photo</w:t>
      </w:r>
    </w:p>
    <w:p>
      <w:pPr>
        <w:ind w:left="340"/>
      </w:pPr>
      <w:r>
        <w:t>☐  Profil nominatif sans photo : les mêmes informations, avec mon nom</w:t>
      </w:r>
    </w:p>
    <w:p>
      <w:pPr>
        <w:ind w:left="340"/>
      </w:pPr>
      <w:r>
        <w:t>☐  Profil nominatif avec photo : les mêmes informations, avec mon nom et ma photo (fournie par moi)</w:t>
      </w:r>
    </w:p>
    <w:p>
      <w:r>
        <w:rPr>
          <w:b/>
        </w:rPr>
        <w:t>Je prends note que :</w:t>
      </w:r>
    </w:p>
    <w:p>
      <w:pPr>
        <w:pStyle w:val="ListBullet"/>
      </w:pPr>
      <w:r>
        <w:t>mes coordonnées personnelles (téléphone, e-mail, adresse) ne seront jamais publiées ;</w:t>
      </w:r>
    </w:p>
    <w:p>
      <w:pPr>
        <w:pStyle w:val="ListBullet"/>
      </w:pPr>
      <w:r>
        <w:t>le texte de mon profil me sera soumis pour validation avant sa publication ;</w:t>
      </w:r>
    </w:p>
    <w:p>
      <w:pPr>
        <w:pStyle w:val="ListBullet"/>
      </w:pPr>
      <w:r>
        <w:t>je peux demander à tout moment la modification ou le retrait de mon profil et la suppression de mon CV en écrivant à info@axiomsante.org ; le retrait est effectué dans un délai de 15 jours ;</w:t>
      </w:r>
    </w:p>
    <w:p>
      <w:pPr>
        <w:pStyle w:val="ListBullet"/>
      </w:pPr>
      <w:r>
        <w:t>cette autorisation ne constitue ni un contrat de travail ni une garantie de mission ; toute mission fera l'objet d'un accord écrit distinct.</w:t>
      </w:r>
    </w:p>
    <w:p>
      <w:r>
        <w:t>Je certifie l'exactitude des informations figurant dans mon CV.</w:t>
      </w:r>
    </w:p>
    <w:p>
      <w:r>
        <w:t>Fait à : .........................................................................................</w:t>
      </w:r>
    </w:p>
    <w:p>
      <w:r>
        <w:t>Le : .............................................................................................</w:t>
      </w:r>
    </w:p>
    <w:p>
      <w:pPr>
        <w:spacing w:before="200"/>
      </w:pPr>
      <w:r>
        <w:rPr>
          <w:b/>
        </w:rPr>
        <w:t>Signature, précédée de la mention manuscrite « Lu et approuvé » :</w:t>
      </w:r>
    </w:p>
    <w:p>
      <w:r>
        <w:br/>
      </w:r>
    </w:p>
    <w:p>
      <w:r>
        <w:rPr>
          <w:i/>
          <w:sz w:val="17"/>
        </w:rPr>
        <w:t>À joindre au CV lors de la candidature : formulaire sur axiomsante.org/rejoindre ou e-mail à info@axiomsante.org.</w:t>
      </w:r>
    </w:p>
    <w:sectPr w:rsidR="00FC693F" w:rsidRPr="0006063C" w:rsidSect="00034616">
      <w:pgSz w:w="12240" w:h="15840"/>
      <w:pgMar w:top="737" w:right="1247" w:bottom="73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